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VZOROVÝ FORMULÁR NA ODSTÚPENIE OD ZMLUVY UZAVRETEJ NA DIAĽKU A ZMLUVY UZAVRETEJ MIMO PREVÁDZKOVÝCH PRIESTOROV OBCHODNÍKA</w:t>
      </w:r>
    </w:p>
    <w:p>
      <w:r>
        <w:t>Tento formulár vyplňte a pošlite späť len v prípade, že si želáte odstúpiť od zmluvy.</w:t>
      </w:r>
    </w:p>
    <w:p>
      <w:r>
        <w:t>Adresát (obchodník):</w:t>
      </w:r>
    </w:p>
    <w:p>
      <w:r>
        <w:t>........................................................................................................</w:t>
      </w:r>
    </w:p>
    <w:p>
      <w:r>
        <w:t>Týmto oznamujem, že odstupujem od zmluvy uzavretej na diaľku / zmluvy uzavretej mimo prevádzkových priestorov obchodníka.</w:t>
      </w:r>
    </w:p>
    <w:p/>
    <w:p>
      <w:r>
        <w:t>Dátum objednania tovaru/služby: .................................................................</w:t>
      </w:r>
    </w:p>
    <w:p>
      <w:r>
        <w:t>Dátum doručenia tovaru/služby: .................................................................</w:t>
      </w:r>
    </w:p>
    <w:p/>
    <w:p>
      <w:r>
        <w:t>Meno a priezvisko spotrebiteľa: .............................................................</w:t>
      </w:r>
    </w:p>
    <w:p>
      <w:r>
        <w:t>Adresa spotrebiteľa: ...........................................................................</w:t>
      </w:r>
    </w:p>
    <w:p>
      <w:r>
        <w:t>E-mail/telefón (nepovinné): ................................................................</w:t>
      </w:r>
    </w:p>
    <w:p/>
    <w:p>
      <w:r>
        <w:t>Číslo objednávky (ak je k dispozícii): .........................................................</w:t>
      </w:r>
    </w:p>
    <w:p/>
    <w:p>
      <w:r>
        <w:t>Podpis spotrebiteľa (iba v prípade listinnej podoby):</w:t>
      </w:r>
    </w:p>
    <w:p>
      <w:r>
        <w:t>........................................................................................................</w:t>
      </w:r>
    </w:p>
    <w:p/>
    <w:p>
      <w:r>
        <w:t>Dátum: 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MODEL WITHDRAWAL FORM FOR DISTANCE AND OFF-PREMISES CONTRACTS</w:t>
      </w:r>
    </w:p>
    <w:p>
      <w:r>
        <w:t>Please complete and return this form only if you wish to withdraw from the contract.</w:t>
      </w:r>
    </w:p>
    <w:p>
      <w:r>
        <w:t>Recipient (trader):</w:t>
      </w:r>
    </w:p>
    <w:p>
      <w:r>
        <w:t>........................................................................................................</w:t>
      </w:r>
    </w:p>
    <w:p>
      <w:r>
        <w:t>I hereby notify you that I withdraw from the distance contract / contract concluded outside the trader’s business premises.</w:t>
      </w:r>
    </w:p>
    <w:p/>
    <w:p>
      <w:r>
        <w:t>Date of order of the goods/services: ......................................................</w:t>
      </w:r>
    </w:p>
    <w:p>
      <w:r>
        <w:t>Date of delivery of the goods/services: ..................................................</w:t>
      </w:r>
    </w:p>
    <w:p/>
    <w:p>
      <w:r>
        <w:t>Consumer’s name: ...........................................................................</w:t>
      </w:r>
    </w:p>
    <w:p>
      <w:r>
        <w:t>Consumer’s address: .......................................................................</w:t>
      </w:r>
    </w:p>
    <w:p>
      <w:r>
        <w:t>E-mail/phone (optional): ...............................................................</w:t>
      </w:r>
    </w:p>
    <w:p/>
    <w:p>
      <w:r>
        <w:t>Order number (if available): ............................................................</w:t>
      </w:r>
    </w:p>
    <w:p/>
    <w:p>
      <w:r>
        <w:t>Signature of consumer (only if this form is notified on paper):</w:t>
      </w:r>
    </w:p>
    <w:p>
      <w:r>
        <w:t>........................................................................................................</w:t>
      </w:r>
    </w:p>
    <w:p/>
    <w:p>
      <w:r>
        <w:t>Date: ..........................................................................................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